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창체 · 2026-09-24 · 4학년 · 돈이 뭐니? 소비와 저축, 내 용돈 똑똑하게 쓰기</w:t>
      </w:r>
    </w:p>
    <w:p>
      <w:pPr>
        <w:spacing w:after="60"/>
      </w:pPr>
      <w:r>
        <w:rPr>
          <w:rFonts w:ascii="맑은 고딕" w:hAnsi="맑은 고딕" w:eastAsia="맑은 고딕"/>
          <w:b/>
          <w:color w:val="059669"/>
          <w:sz w:val="34"/>
        </w:rPr>
        <w:t>돈이 뭐니? 소비와 저축, 내 용돈 똑똑하게 쓰기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영상 두 편을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돈이 없던 옛날에는 물건과 물건을 직접 바꾸는 (          )을 했어요.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우리는 돈으로 필요한 물건이나 (          )를 살 수 있어요.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우리나라 돈의 이름(단위)은 (          )이에요.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돈을 쓰는 것은 (          ), 돈을 모아 두는 것은 (          )이라고 해요.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5. 영상에서 돈이 하는 일(쓰임새)을 두 가지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소비와 저축을 왜 '함께 가야 할 친구'라고 했을까요?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내 용돈 계획표를 만들어요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추석에 받은 용돈이나 이번 달 용돈으로 하고 싶은 일을 쓰고, 소비인지 저축인지 표시해요.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CDEAE1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하고 싶은 일</w:t>
            </w:r>
          </w:p>
        </w:tc>
        <w:tc>
          <w:tcPr>
            <w:tcW w:type="dxa" w:w="3289"/>
            <w:shd w:val="clear" w:color="auto" w:fill="CDEAE1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필요한 돈</w:t>
            </w:r>
          </w:p>
        </w:tc>
        <w:tc>
          <w:tcPr>
            <w:tcW w:type="dxa" w:w="3289"/>
            <w:shd w:val="clear" w:color="auto" w:fill="CDEAE1"/>
          </w:tcPr>
          <w:p>
            <w:r/>
            <w:r>
              <w:rPr>
                <w:rFonts w:ascii="맑은 고딕" w:hAnsi="맑은 고딕" w:eastAsia="맑은 고딕"/>
                <w:b/>
                <w:color w:val="3F3F46"/>
                <w:sz w:val="22"/>
              </w:rPr>
              <w:t>소비 / 저축</w:t>
            </w:r>
          </w:p>
        </w:tc>
      </w:tr>
      <w:tr>
        <w:trPr>
          <w:trHeight w:val="680" w:hRule="exact"/>
        </w:trP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rPr>
          <w:trHeight w:val="680" w:hRule="exact"/>
        </w:trP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rPr>
          <w:trHeight w:val="680" w:hRule="exact"/>
        </w:trP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</w:tbl>
    <w:p>
      <w:pPr>
        <w:spacing w:after="40"/>
      </w:pP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나의 다짐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용돈을 똑똑하게 쓰기 위한 나만의 규칙을 한 가지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영상을 끝까지 봤어요   ☐ 문제를 다 풀었어요   ☐ 용돈 계획표를 채웠어요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059669"/>
          <w:sz w:val="26"/>
        </w:rPr>
        <w:t>교사용 정답 · 돈이 뭐니? 소비와 저축, 내 용돈 똑똑하게 쓰기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1-1. 물물교환   1-2. 서비스   1-3. 원   1-4. 소비, 저축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2-1. 예: 물건을 살 수 있다, 값(가치)을 잴 수 있다, 모아 둘 수 있다(저축) 등 두 가지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2-2. 예: 돈을 다 써 버리면 필요할 때 쓸 돈이 없고, 모으기만 하면 필요한 것을 살 수 없어서 둘 다 알맞게 해야 한다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3·4. 정답 없음. 소비와 저축이 함께 들어 있는지, 규칙이 실천 가능한지 살펴봐 주세요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