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rFonts w:ascii="맑은 고딕" w:hAnsi="맑은 고딕" w:eastAsia="맑은 고딕"/>
          <w:b w:val="0"/>
          <w:color w:val="71717A"/>
          <w:sz w:val="17"/>
        </w:rPr>
        <w:t>창체 · 2026-09-24 · 4학년 · 인공지능과 함께 살아가요, AI는 내 친구가 될 수 있을까?</w:t>
      </w:r>
    </w:p>
    <w:p>
      <w:pPr>
        <w:spacing w:after="60"/>
      </w:pPr>
      <w:r>
        <w:rPr>
          <w:rFonts w:ascii="맑은 고딕" w:hAnsi="맑은 고딕" w:eastAsia="맑은 고딕"/>
          <w:b/>
          <w:color w:val="059669"/>
          <w:sz w:val="34"/>
        </w:rPr>
        <w:t>인공지능과 함께 살아가요, AI는 내 친구가 될 수 있을까?</w:t>
      </w:r>
    </w:p>
    <w:p>
      <w:pPr>
        <w:spacing w:after="120"/>
      </w:pPr>
      <w:r>
        <w:rPr>
          <w:rFonts w:ascii="맑은 고딕" w:hAnsi="맑은 고딕" w:eastAsia="맑은 고딕"/>
          <w:b w:val="0"/>
          <w:sz w:val="21"/>
        </w:rPr>
        <w:t>이름: ________________        날짜: ________________</w:t>
      </w:r>
    </w:p>
    <w:p>
      <w:pPr>
        <w:spacing w:after="120"/>
      </w:pPr>
      <w:r>
        <w:rPr>
          <w:rFonts w:ascii="맑은 고딕" w:hAnsi="맑은 고딕" w:eastAsia="맑은 고딕"/>
          <w:b w:val="0"/>
          <w:sz w:val="21"/>
        </w:rPr>
        <w:t>영상 두 편을 보고 아래 문제를 풀어요. 다 풀면 맨 아래 확인표에 표시해요.</w:t>
      </w:r>
    </w:p>
    <w:p>
      <w:pPr>
        <w:spacing w:after="20"/>
      </w:pPr>
      <w:r>
        <w:rPr>
          <w:rFonts w:ascii="맑은 고딕" w:hAnsi="맑은 고딕" w:eastAsia="맑은 고딕"/>
          <w:b/>
          <w:color w:val="3F3F46"/>
          <w:sz w:val="24"/>
        </w:rPr>
        <w:t>1. 영상을 보고 빈칸을 채워요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1. 사람처럼 배우고 생각하는 컴퓨터 기술을 (          ) 또는 AI라고 해요.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2. 인공지능은 아주 많은 (          )를 보고 배워서 똑똑해져요.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3. 말하는 AI 장난감은 무엇이든 척척 (          )해 주어요.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4. 하지만 AI는 사람처럼 진짜 (          )을 느끼지는 못해요.</w:t>
      </w:r>
    </w:p>
    <w:p>
      <w:pPr>
        <w:spacing w:after="20"/>
      </w:pPr>
    </w:p>
    <w:p>
      <w:pPr>
        <w:spacing w:after="20"/>
      </w:pPr>
      <w:r>
        <w:rPr>
          <w:rFonts w:ascii="맑은 고딕" w:hAnsi="맑은 고딕" w:eastAsia="맑은 고딕"/>
          <w:b/>
          <w:color w:val="3F3F46"/>
          <w:sz w:val="24"/>
        </w:rPr>
        <w:t>2. 짧게 답해요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5. 영상에 나온 우리 생활 속 인공지능의 예를 두 가지 써요.</w:t>
      </w:r>
    </w:p>
    <w:p>
      <w:pPr>
        <w:spacing w:after="40"/>
        <w:pBdr>
          <w:bottom w:val="single" w:sz="6" w:space="1" w:color="A1A1AA"/>
        </w:pBdr>
      </w:pPr>
      <w:r>
        <w:rPr>
          <w:rFonts w:ascii="맑은 고딕" w:hAnsi="맑은 고딕" w:eastAsia="맑은 고딕"/>
          <w:b w:val="0"/>
          <w:sz w:val="36"/>
        </w:rPr>
        <w:t xml:space="preserve"> 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6. AI 장난감과 진짜 친구는 어떤 점이 다를까요? 한 가지 써요.</w:t>
      </w:r>
    </w:p>
    <w:p>
      <w:pPr>
        <w:spacing w:after="40"/>
        <w:pBdr>
          <w:bottom w:val="single" w:sz="6" w:space="1" w:color="A1A1AA"/>
        </w:pBdr>
      </w:pPr>
      <w:r>
        <w:rPr>
          <w:rFonts w:ascii="맑은 고딕" w:hAnsi="맑은 고딕" w:eastAsia="맑은 고딕"/>
          <w:b w:val="0"/>
          <w:sz w:val="36"/>
        </w:rPr>
        <w:t xml:space="preserve"> </w:t>
      </w:r>
    </w:p>
    <w:p>
      <w:pPr>
        <w:spacing w:after="20"/>
      </w:pPr>
    </w:p>
    <w:p>
      <w:pPr>
        <w:spacing w:after="20"/>
      </w:pPr>
      <w:r>
        <w:rPr>
          <w:rFonts w:ascii="맑은 고딕" w:hAnsi="맑은 고딕" w:eastAsia="맑은 고딕"/>
          <w:b/>
          <w:color w:val="3F3F46"/>
          <w:sz w:val="24"/>
        </w:rPr>
        <w:t>3. 골라요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인공지능을 바르게 사용하는 방법에 모두 ✔ 해요.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☐  AI가 알려 준 것도 맞는지 한 번 더 확인해요.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☐  내 이름, 주소, 사진 같은 개인정보를 AI에게 함부로 말하지 않아요.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☐  AI가 만든 글이나 그림을 내가 만든 것처럼 내지 않아요.</w:t>
      </w:r>
    </w:p>
    <w:p>
      <w:pPr>
        <w:spacing w:after="20"/>
      </w:pPr>
      <w:r>
        <w:rPr>
          <w:rFonts w:ascii="맑은 고딕" w:hAnsi="맑은 고딕" w:eastAsia="맑은 고딕"/>
          <w:b w:val="0"/>
          <w:sz w:val="21"/>
        </w:rPr>
        <w:t>☐  궁금한 것은 AI에게만 묻고 친구나 선생님에게는 묻지 않아요.</w:t>
      </w:r>
    </w:p>
    <w:p>
      <w:pPr>
        <w:spacing w:after="20"/>
      </w:pPr>
    </w:p>
    <w:p>
      <w:pPr>
        <w:spacing w:after="20"/>
      </w:pPr>
      <w:r>
        <w:rPr>
          <w:rFonts w:ascii="맑은 고딕" w:hAnsi="맑은 고딕" w:eastAsia="맑은 고딕"/>
          <w:b/>
          <w:color w:val="3F3F46"/>
          <w:sz w:val="24"/>
        </w:rPr>
        <w:t>4. 그려요</w:t>
      </w:r>
    </w:p>
    <w:p>
      <w:pPr>
        <w:spacing w:after="60"/>
      </w:pPr>
      <w:r>
        <w:rPr>
          <w:rFonts w:ascii="맑은 고딕" w:hAnsi="맑은 고딕" w:eastAsia="맑은 고딕"/>
          <w:b w:val="0"/>
          <w:sz w:val="21"/>
        </w:rPr>
        <w:t>내가 만들고 싶은 인공지능 로봇을 그리고, 이름과 하는 일을 써요.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rPr>
          <w:trHeight w:val="3118" w:hRule="exact"/>
        </w:trPr>
        <w:tc>
          <w:tcPr>
            <w:tcW w:type="dxa" w:w="9866"/>
          </w:tcPr>
          <w:p/>
        </w:tc>
      </w:tr>
    </w:tbl>
    <w:p>
      <w:pPr>
        <w:spacing w:after="40"/>
      </w:pPr>
    </w:p>
    <w:p>
      <w:pPr>
        <w:spacing w:after="20"/>
      </w:pPr>
    </w:p>
    <w:p>
      <w:pPr>
        <w:spacing w:after="40"/>
      </w:pPr>
      <w:r>
        <w:rPr>
          <w:rFonts w:ascii="맑은 고딕" w:hAnsi="맑은 고딕" w:eastAsia="맑은 고딕"/>
          <w:b w:val="0"/>
          <w:color w:val="3F3F46"/>
          <w:sz w:val="20"/>
        </w:rPr>
        <w:t>☐ 영상을 끝까지 봤어요   ☐ 문제를 다 풀었어요   ☐ 로봇을 그렸어요</w:t>
      </w:r>
    </w:p>
    <w:p>
      <w:r>
        <w:br w:type="page"/>
      </w:r>
    </w:p>
    <w:p>
      <w:pPr>
        <w:spacing w:after="80"/>
      </w:pPr>
      <w:r>
        <w:rPr>
          <w:rFonts w:ascii="맑은 고딕" w:hAnsi="맑은 고딕" w:eastAsia="맑은 고딕"/>
          <w:b/>
          <w:color w:val="059669"/>
          <w:sz w:val="26"/>
        </w:rPr>
        <w:t>교사용 정답 · 인공지능과 함께 살아가요, AI는 내 친구가 될 수 있을까?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1-1. 인공지능   1-2. 데이터(자료)   1-3. 대답(답)   1-4. 마음(감정)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2-1. 예: 스마트폰 음성 비서, 번역기, 영상·음악 추천, 로봇 청소기, 자율주행차, 얼굴 인식 등 영상에 나온 것 두 가지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2-2. 예: 친구는 함께 놀며 마음을 나누고 나를 기억해 주지만, AI는 감정이 없고 정해진 대로 답한다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3. 1, 2, 3번에 ✔ (4번은 바르지 않아요)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1"/>
        </w:rPr>
        <w:t>4. 정답 없음. 로봇 이름과 하는 일을 썼는지 봐 주세요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