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 w:val="0"/>
          <w:color w:val="71717A"/>
          <w:sz w:val="17"/>
        </w:rPr>
        <w:t>계기 · 2026-09-23 · 4학년 · 9월 23일 추분, 낮과 밤이 똑같아지는 날</w:t>
      </w:r>
    </w:p>
    <w:p>
      <w:pPr>
        <w:spacing w:after="60"/>
      </w:pPr>
      <w:r>
        <w:rPr>
          <w:rFonts w:ascii="맑은 고딕" w:hAnsi="맑은 고딕" w:eastAsia="맑은 고딕"/>
          <w:b/>
          <w:color w:val="D97706"/>
          <w:sz w:val="34"/>
        </w:rPr>
        <w:t>추분, 낮과 밤이 똑같아지는 날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이름: ________________        날짜: ________________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영상 두 편을 보고 아래 문제를 풀어요. 다 풀면 맨 아래 확인표에 표시해요.</w:t>
      </w: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1. 영상을 보고 빈칸을 채워요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1. 추분은 낮과 밤의 길이가 (          ) 날이에요.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2. 추분이 지나면 점점 (          )이 길어지고 가을이 깊어져요.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3. 지구가 하루에 한 바퀴 스스로 도는 것을 (          )이라고 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4. 지구가 태양 둘레를 일 년에 한 바퀴 도는 것을 (          )이라고 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5. 지구와 태양 사이의 평균 거리는 약 1억 (          )만 km예요.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2. 짧게 답해요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6. 지구가 스스로 돌기 때문에 생기는 것은 무엇인가요?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7. 추분 무렵 농촌에서는 어떤 일을 시작하나요?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3. 골라요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추분이 지난 다음 날부터 낮과 밤은 어떻게 될까요? 맞는 것에 ○표 해요.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낮이 점점 길어져요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밤이 점점 길어져요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낮과 밤이 계속 똑같아요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4. 생각을 써요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추분이 지나면 가을이 깊어져요. 이번 가을에 꼭 해 보고 싶은 일 두 가지를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40"/>
      </w:pPr>
      <w:r>
        <w:rPr>
          <w:rFonts w:ascii="맑은 고딕" w:hAnsi="맑은 고딕" w:eastAsia="맑은 고딕"/>
          <w:b w:val="0"/>
          <w:color w:val="3F3F46"/>
          <w:sz w:val="20"/>
        </w:rPr>
        <w:t>☐ 영상을 끝까지 봤어요   ☐ 문제를 다 풀었어요   ☐ 가을에 하고 싶은 일을 썼어요</w:t>
      </w:r>
    </w:p>
    <w:p>
      <w:r>
        <w:br w:type="page"/>
      </w:r>
    </w:p>
    <w:p>
      <w:pPr>
        <w:spacing w:after="80"/>
      </w:pPr>
      <w:r>
        <w:rPr>
          <w:rFonts w:ascii="맑은 고딕" w:hAnsi="맑은 고딕" w:eastAsia="맑은 고딕"/>
          <w:b/>
          <w:color w:val="D97706"/>
          <w:sz w:val="26"/>
        </w:rPr>
        <w:t>교사용 정답 · 추분, 낮과 밤이 똑같아지는 날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1. 빈칸: 같아지는 / 밤 / 자전 / 공전 / 4960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2. 단답: 낮과 밤 / 가을걷이(추수)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3. 고르기: 밤이 점점 길어져요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4. 자유롭게 씁니다.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