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맑은 고딕" w:hAnsi="맑은 고딕" w:eastAsia="맑은 고딕"/>
          <w:b w:val="0"/>
          <w:color w:val="71717A"/>
          <w:sz w:val="17"/>
        </w:rPr>
        <w:t>계기 · 2026-09-23 · 4학년 · 내일부터 추석 연휴, 한가위의 뜻과 풍속을 알아봐요</w:t>
      </w:r>
    </w:p>
    <w:p>
      <w:pPr>
        <w:spacing w:after="60"/>
      </w:pPr>
      <w:r>
        <w:rPr>
          <w:rFonts w:ascii="맑은 고딕" w:hAnsi="맑은 고딕" w:eastAsia="맑은 고딕"/>
          <w:b/>
          <w:color w:val="D97706"/>
          <w:sz w:val="34"/>
        </w:rPr>
        <w:t>추석, 한가위를 알아봐요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이름: ________________        날짜: ________________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영상 두 편을 보고 아래 문제를 풀어요. 다 풀면 맨 아래 확인표에 표시해요.</w:t>
      </w: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1. 영상을 보고 빈칸을 채워요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1. 추석은 음력 (        )월 (        )일이에요.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2. 추석의 다른 이름은 '한가위'예요. '가위'는 (          )라는 뜻이에요.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3. 추석 아침에는 조상님께 (          )를 지내요.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4. 추석에 먹는 떡 송편은 (          ) 모양이에요.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5. 추석 밤에는 둥근 (          )을 보며 소원을 빌어요.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2. 짧게 답해요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6. 영상에 나온 추석 전통놀이를 두 가지 써요.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7. 국립민속박물관 영상에서 새로 알게 된 추석 풍속을 한 가지 써요.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8. 추석에 어른을 만나면 어떤 인사말을 하면 좋을까요?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3. 연휴 동안 지킬 안전 약속에 ☑ 표시해요 (2개 이상)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차가 많은 연휴예요. 내가 꼭 지킬 약속을 골라요.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차 안에서는 안전띠를 꼭 매요.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길을 건널 때는 멈추고, 좌우를 살피고, 손을 들고 건너요.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차 안에서 창밖으로 손이나 얼굴을 내밀지 않아요.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주차장에서는 뛰어다니지 않고 어른 손을 잡아요.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4. 보름달에 빌 소원과 가족에게 전할 감사 인사를 써요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이번 추석에 보름달을 보며 빌 소원 한 가지와, 함께 보낼 가족에게 하고 싶은 말을 써요.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</w:p>
    <w:p>
      <w:pPr>
        <w:spacing w:after="40"/>
      </w:pPr>
      <w:r>
        <w:rPr>
          <w:rFonts w:ascii="맑은 고딕" w:hAnsi="맑은 고딕" w:eastAsia="맑은 고딕"/>
          <w:b w:val="0"/>
          <w:color w:val="3F3F46"/>
          <w:sz w:val="20"/>
        </w:rPr>
        <w:t>☐ 영상 두 편을 끝까지 봤어요   ☐ 문제를 다 풀었어요   ☐ 안전 약속을 골랐어요   ☐ 소원과 감사 인사를 썼어요</w:t>
      </w:r>
    </w:p>
    <w:p>
      <w:r>
        <w:br w:type="page"/>
      </w:r>
    </w:p>
    <w:p>
      <w:pPr>
        <w:spacing w:after="80"/>
      </w:pPr>
      <w:r>
        <w:rPr>
          <w:rFonts w:ascii="맑은 고딕" w:hAnsi="맑은 고딕" w:eastAsia="맑은 고딕"/>
          <w:b/>
          <w:color w:val="D97706"/>
          <w:sz w:val="26"/>
        </w:rPr>
        <w:t>교사용 정답 · 추석, 한가위를 알아봐요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1. 8월 15일 / 가운데(한가위는 '크다'의 '한'과 '가운데'의 '가위'가 합쳐진 말) / 차례 / 반달 / 보름달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2. 강강술래, 씨름, 윷놀이, 줄다리기 등 영상에 나온 놀이면 정답 / 차례·성묘·강강술래 등 박물관 영상에 나온 풍속이면 정답 / '풍성한 한가위 되세요', '건강하세요' 등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3. 2개 이상 고르면 정답 (모두 지켜야 할 약속)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4. 자유롭게 쓰면 정답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