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rFonts w:ascii="맑은 고딕" w:hAnsi="맑은 고딕" w:eastAsia="맑은 고딕"/>
          <w:b w:val="0"/>
          <w:color w:val="71717A"/>
          <w:sz w:val="17"/>
        </w:rPr>
        <w:t>창체 · 2026-09-18 · 4학년 · 달이 바다를 움직인다고? 달과 지구 이야기</w:t>
      </w:r>
    </w:p>
    <w:p>
      <w:pPr>
        <w:spacing w:after="60"/>
      </w:pPr>
      <w:r>
        <w:rPr>
          <w:rFonts w:ascii="맑은 고딕" w:hAnsi="맑은 고딕" w:eastAsia="맑은 고딕"/>
          <w:b/>
          <w:color w:val="059669"/>
          <w:sz w:val="34"/>
        </w:rPr>
        <w:t>달과 지구, 떼려야 뗄 수 없는 사이</w:t>
      </w:r>
    </w:p>
    <w:p>
      <w:pPr>
        <w:spacing w:after="120"/>
      </w:pPr>
      <w:r>
        <w:rPr>
          <w:rFonts w:ascii="맑은 고딕" w:hAnsi="맑은 고딕" w:eastAsia="맑은 고딕"/>
          <w:b w:val="0"/>
          <w:sz w:val="21"/>
        </w:rPr>
        <w:t>이름: ________________        날짜: ________________</w:t>
      </w:r>
    </w:p>
    <w:p>
      <w:pPr>
        <w:spacing w:after="120"/>
      </w:pPr>
      <w:r>
        <w:rPr>
          <w:rFonts w:ascii="맑은 고딕" w:hAnsi="맑은 고딕" w:eastAsia="맑은 고딕"/>
          <w:b w:val="0"/>
          <w:sz w:val="21"/>
        </w:rPr>
        <w:t>다음 주 추석에는 큰 보름달이 떠요. 달이 지구에 어떤 일을 하는지 영상을 보고 아래 문제를 풀어요. 다 풀면 맨 아래 확인표에 표시해요.</w:t>
      </w:r>
    </w:p>
    <w:p>
      <w:pPr>
        <w:spacing w:after="20"/>
      </w:pPr>
      <w:r>
        <w:rPr>
          <w:rFonts w:ascii="맑은 고딕" w:hAnsi="맑은 고딕" w:eastAsia="맑은 고딕"/>
          <w:b/>
          <w:color w:val="3F3F46"/>
          <w:sz w:val="24"/>
        </w:rPr>
        <w:t>1. 영상을 보고 빈칸을 채워요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1. 캐나다 펀디 만은 밀물과 썰물의 높이 차이가 약 (          )m로 세계에서 가장 커요.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2. 달이 끌어당기는 힘 때문에 바닷물은 하루에 (          )번 밀려왔다 빠져나가요.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3. 도둑게는 (          )달이 뜨는 밤에 바다로 달려가 알을 털어 넣어요.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4. 이순신 장군의 (          )해전은 바닷물의 흐름을 이용해 이긴 전투예요.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5. 달은 지구에서 조금씩 (          )지고 있어요.</w:t>
      </w:r>
    </w:p>
    <w:p>
      <w:pPr>
        <w:spacing w:after="20"/>
      </w:pPr>
    </w:p>
    <w:p>
      <w:pPr>
        <w:spacing w:after="20"/>
      </w:pPr>
      <w:r>
        <w:rPr>
          <w:rFonts w:ascii="맑은 고딕" w:hAnsi="맑은 고딕" w:eastAsia="맑은 고딕"/>
          <w:b/>
          <w:color w:val="3F3F46"/>
          <w:sz w:val="24"/>
        </w:rPr>
        <w:t>2. 짧게 답해요</w:t>
      </w:r>
    </w:p>
    <w:p>
      <w:pPr>
        <w:spacing w:after="20"/>
      </w:pPr>
      <w:r>
        <w:rPr>
          <w:rFonts w:ascii="맑은 고딕" w:hAnsi="맑은 고딕" w:eastAsia="맑은 고딕"/>
          <w:b w:val="0"/>
          <w:sz w:val="21"/>
        </w:rPr>
        <w:t>6. 만약 달이 사라진다면 지구에는 어떤 일이 생긴다고 했나요? 두 가지만 써요.</w:t>
      </w:r>
    </w:p>
    <w:p>
      <w:pPr>
        <w:spacing w:after="40"/>
        <w:pBdr>
          <w:bottom w:val="single" w:sz="6" w:space="1" w:color="A1A1AA"/>
        </w:pBdr>
      </w:pPr>
      <w:r>
        <w:rPr>
          <w:rFonts w:ascii="맑은 고딕" w:hAnsi="맑은 고딕" w:eastAsia="맑은 고딕"/>
          <w:b w:val="0"/>
          <w:sz w:val="36"/>
        </w:rPr>
        <w:t xml:space="preserve"> </w:t>
      </w:r>
    </w:p>
    <w:p>
      <w:pPr>
        <w:spacing w:after="20"/>
      </w:pPr>
      <w:r>
        <w:rPr>
          <w:rFonts w:ascii="맑은 고딕" w:hAnsi="맑은 고딕" w:eastAsia="맑은 고딕"/>
          <w:b w:val="0"/>
          <w:sz w:val="21"/>
        </w:rPr>
        <w:t>7. 남해의 죽방렴 어부들은 무엇에 맞추어 물고기를 잡나요?</w:t>
      </w:r>
    </w:p>
    <w:p>
      <w:pPr>
        <w:spacing w:after="40"/>
        <w:pBdr>
          <w:bottom w:val="single" w:sz="6" w:space="1" w:color="A1A1AA"/>
        </w:pBdr>
      </w:pPr>
      <w:r>
        <w:rPr>
          <w:rFonts w:ascii="맑은 고딕" w:hAnsi="맑은 고딕" w:eastAsia="맑은 고딕"/>
          <w:b w:val="0"/>
          <w:sz w:val="36"/>
        </w:rPr>
        <w:t xml:space="preserve"> </w:t>
      </w:r>
    </w:p>
    <w:p>
      <w:pPr>
        <w:spacing w:after="20"/>
      </w:pPr>
    </w:p>
    <w:p>
      <w:pPr>
        <w:spacing w:after="20"/>
      </w:pPr>
      <w:r>
        <w:rPr>
          <w:rFonts w:ascii="맑은 고딕" w:hAnsi="맑은 고딕" w:eastAsia="맑은 고딕"/>
          <w:b/>
          <w:color w:val="3F3F46"/>
          <w:sz w:val="24"/>
        </w:rPr>
        <w:t>3. 골라요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영상에서 달은 어떻게 생겨났다고 했나요? 번호에 동그라미 해요.</w:t>
      </w:r>
    </w:p>
    <w:p>
      <w:pPr>
        <w:spacing w:after="20"/>
      </w:pPr>
      <w:r>
        <w:rPr>
          <w:rFonts w:ascii="맑은 고딕" w:hAnsi="맑은 고딕" w:eastAsia="맑은 고딕"/>
          <w:b w:val="0"/>
          <w:sz w:val="21"/>
        </w:rPr>
        <w:t>☐  지구에 커다란 천체가 부딪혀 튀어나온 조각들이 뭉쳐서 생겼어요.</w:t>
      </w:r>
    </w:p>
    <w:p>
      <w:pPr>
        <w:spacing w:after="20"/>
      </w:pPr>
      <w:r>
        <w:rPr>
          <w:rFonts w:ascii="맑은 고딕" w:hAnsi="맑은 고딕" w:eastAsia="맑은 고딕"/>
          <w:b w:val="0"/>
          <w:sz w:val="21"/>
        </w:rPr>
        <w:t>☐  태양에서 떨어져 나온 불덩이가 식어서 생겼어요.</w:t>
      </w:r>
    </w:p>
    <w:p>
      <w:pPr>
        <w:spacing w:after="20"/>
      </w:pPr>
      <w:r>
        <w:rPr>
          <w:rFonts w:ascii="맑은 고딕" w:hAnsi="맑은 고딕" w:eastAsia="맑은 고딕"/>
          <w:b w:val="0"/>
          <w:sz w:val="21"/>
        </w:rPr>
        <w:t>☐  사람이 쏘아 올린 커다란 인공위성이에요.</w:t>
      </w:r>
    </w:p>
    <w:p>
      <w:pPr>
        <w:spacing w:after="20"/>
      </w:pPr>
    </w:p>
    <w:p>
      <w:pPr>
        <w:spacing w:after="20"/>
      </w:pPr>
      <w:r>
        <w:rPr>
          <w:rFonts w:ascii="맑은 고딕" w:hAnsi="맑은 고딕" w:eastAsia="맑은 고딕"/>
          <w:b/>
          <w:color w:val="3F3F46"/>
          <w:sz w:val="24"/>
        </w:rPr>
        <w:t>4. 그려요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달이 지구에 주는 선물을 하나 골라 그림으로 그리고, 아래에 한 줄로 설명해요.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rPr>
          <w:trHeight w:val="3118" w:hRule="exact"/>
        </w:trPr>
        <w:tc>
          <w:tcPr>
            <w:tcW w:type="dxa" w:w="9866"/>
          </w:tcPr>
          <w:p/>
        </w:tc>
      </w:tr>
    </w:tbl>
    <w:p>
      <w:pPr>
        <w:spacing w:after="40"/>
      </w:pPr>
    </w:p>
    <w:p>
      <w:pPr>
        <w:spacing w:after="20"/>
      </w:pPr>
    </w:p>
    <w:p>
      <w:pPr>
        <w:spacing w:after="40"/>
      </w:pPr>
      <w:r>
        <w:rPr>
          <w:rFonts w:ascii="맑은 고딕" w:hAnsi="맑은 고딕" w:eastAsia="맑은 고딕"/>
          <w:b w:val="0"/>
          <w:color w:val="3F3F46"/>
          <w:sz w:val="20"/>
        </w:rPr>
        <w:t>☐ 영상을 끝까지 봤어요   ☐ 문제를 다 풀었어요   ☐ 추석 밤에 보름달을 보고 오늘 배운 것을 가족에게 이야기해요</w:t>
      </w:r>
    </w:p>
    <w:p>
      <w:r>
        <w:br w:type="page"/>
      </w:r>
    </w:p>
    <w:p>
      <w:pPr>
        <w:spacing w:after="80"/>
      </w:pPr>
      <w:r>
        <w:rPr>
          <w:rFonts w:ascii="맑은 고딕" w:hAnsi="맑은 고딕" w:eastAsia="맑은 고딕"/>
          <w:b/>
          <w:color w:val="059669"/>
          <w:sz w:val="26"/>
        </w:rPr>
        <w:t>교사용 정답 · 달과 지구, 떼려야 뗄 수 없는 사이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1"/>
        </w:rPr>
        <w:t>1. 16 / 2(두) / 보름 / 명량 / 멀어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1"/>
        </w:rPr>
        <w:t>2. (1) 계절이 사라진다, 빙하가 녹는다, 동식물이 멸종한다 가운데 두 가지 (2) 달(물때, 밀물과 썰물의 때)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1"/>
        </w:rPr>
        <w:t>3. ①번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1"/>
        </w:rPr>
        <w:t>4. 예시: 밀물과 썰물, 보름달 빛, 계절, 도둑게가 알을 낳는 때 등 자유롭게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