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rFonts w:ascii="맑은 고딕" w:hAnsi="맑은 고딕" w:eastAsia="맑은 고딕"/>
          <w:b w:val="0"/>
          <w:color w:val="71717A"/>
          <w:sz w:val="17"/>
        </w:rPr>
        <w:t>계기 · 2026-09-17 · 4학년 · 9월 17일 한국광복군 창설일, 우리 군대의 뿌리를 만나요</w:t>
      </w:r>
    </w:p>
    <w:p>
      <w:pPr>
        <w:spacing w:after="60"/>
      </w:pPr>
      <w:r>
        <w:rPr>
          <w:rFonts w:ascii="맑은 고딕" w:hAnsi="맑은 고딕" w:eastAsia="맑은 고딕"/>
          <w:b/>
          <w:color w:val="D97706"/>
          <w:sz w:val="34"/>
        </w:rPr>
        <w:t>한국광복군, 나라를 되찾기 위해 뭉친 우리 군대</w:t>
      </w:r>
    </w:p>
    <w:p>
      <w:pPr>
        <w:spacing w:after="120"/>
      </w:pPr>
      <w:r>
        <w:rPr>
          <w:rFonts w:ascii="맑은 고딕" w:hAnsi="맑은 고딕" w:eastAsia="맑은 고딕"/>
          <w:b w:val="0"/>
          <w:sz w:val="21"/>
        </w:rPr>
        <w:t>이름: ________________        날짜: ________________</w:t>
      </w:r>
    </w:p>
    <w:p>
      <w:pPr>
        <w:spacing w:after="120"/>
      </w:pPr>
      <w:r>
        <w:rPr>
          <w:rFonts w:ascii="맑은 고딕" w:hAnsi="맑은 고딕" w:eastAsia="맑은 고딕"/>
          <w:b w:val="0"/>
          <w:sz w:val="21"/>
        </w:rPr>
        <w:t>영상을 보고 아래 문제를 풀어요. 다 풀면 맨 아래 확인표에 표시해요.</w:t>
      </w:r>
    </w:p>
    <w:p>
      <w:pPr>
        <w:spacing w:after="20"/>
      </w:pPr>
      <w:r>
        <w:rPr>
          <w:rFonts w:ascii="맑은 고딕" w:hAnsi="맑은 고딕" w:eastAsia="맑은 고딕"/>
          <w:b/>
          <w:color w:val="3F3F46"/>
          <w:sz w:val="24"/>
        </w:rPr>
        <w:t>1. 영상을 보고 빈칸을 채워요</w:t>
      </w:r>
    </w:p>
    <w:p>
      <w:pPr>
        <w:spacing w:after="60"/>
      </w:pPr>
      <w:r>
        <w:rPr>
          <w:rFonts w:ascii="맑은 고딕" w:hAnsi="맑은 고딕" w:eastAsia="맑은 고딕"/>
          <w:b w:val="0"/>
          <w:sz w:val="21"/>
        </w:rPr>
        <w:t>1. 한국광복군은 (          )년 9월 17일 중국 충칭에서 만들어졌어요.</w:t>
      </w:r>
    </w:p>
    <w:p>
      <w:pPr>
        <w:spacing w:after="60"/>
      </w:pPr>
      <w:r>
        <w:rPr>
          <w:rFonts w:ascii="맑은 고딕" w:hAnsi="맑은 고딕" w:eastAsia="맑은 고딕"/>
          <w:b w:val="0"/>
          <w:sz w:val="21"/>
        </w:rPr>
        <w:t>2. 한국광복군은 대한민국 (          )가 세운 우리 정부의 군대예요.</w:t>
      </w:r>
    </w:p>
    <w:p>
      <w:pPr>
        <w:spacing w:after="60"/>
      </w:pPr>
      <w:r>
        <w:rPr>
          <w:rFonts w:ascii="맑은 고딕" w:hAnsi="맑은 고딕" w:eastAsia="맑은 고딕"/>
          <w:b w:val="0"/>
          <w:sz w:val="21"/>
        </w:rPr>
        <w:t>3. 광복군의 총사령관(가장 높은 지휘관)은 (          ) 장군이었어요.</w:t>
      </w:r>
    </w:p>
    <w:p>
      <w:pPr>
        <w:spacing w:after="60"/>
      </w:pPr>
      <w:r>
        <w:rPr>
          <w:rFonts w:ascii="맑은 고딕" w:hAnsi="맑은 고딕" w:eastAsia="맑은 고딕"/>
          <w:b w:val="0"/>
          <w:sz w:val="21"/>
        </w:rPr>
        <w:t>4. 광복군을 만든 임시정부의 주석(대표)은 백범 (          ) 선생님이에요.</w:t>
      </w:r>
    </w:p>
    <w:p>
      <w:pPr>
        <w:spacing w:after="60"/>
      </w:pPr>
      <w:r>
        <w:rPr>
          <w:rFonts w:ascii="맑은 고딕" w:hAnsi="맑은 고딕" w:eastAsia="맑은 고딕"/>
          <w:b w:val="0"/>
          <w:sz w:val="21"/>
        </w:rPr>
        <w:t>5. 광복군이 준비하던 국내 진공 작전은 1945년 8월 일본이 (          )하면서 실행하지 못했어요.</w:t>
      </w:r>
    </w:p>
    <w:p>
      <w:pPr>
        <w:spacing w:after="20"/>
      </w:pPr>
    </w:p>
    <w:p>
      <w:pPr>
        <w:spacing w:after="20"/>
      </w:pPr>
      <w:r>
        <w:rPr>
          <w:rFonts w:ascii="맑은 고딕" w:hAnsi="맑은 고딕" w:eastAsia="맑은 고딕"/>
          <w:b/>
          <w:color w:val="3F3F46"/>
          <w:sz w:val="24"/>
        </w:rPr>
        <w:t>2. 짧게 답해요</w:t>
      </w:r>
    </w:p>
    <w:p>
      <w:pPr>
        <w:spacing w:after="20"/>
      </w:pPr>
      <w:r>
        <w:rPr>
          <w:rFonts w:ascii="맑은 고딕" w:hAnsi="맑은 고딕" w:eastAsia="맑은 고딕"/>
          <w:b w:val="0"/>
          <w:sz w:val="21"/>
        </w:rPr>
        <w:t>6. 김구 선생님이 평생 가장 바란 것(소원)은 무엇이었나요?</w:t>
      </w:r>
    </w:p>
    <w:p>
      <w:pPr>
        <w:spacing w:after="40"/>
        <w:pBdr>
          <w:bottom w:val="single" w:sz="6" w:space="1" w:color="A1A1AA"/>
        </w:pBdr>
      </w:pPr>
      <w:r>
        <w:rPr>
          <w:rFonts w:ascii="맑은 고딕" w:hAnsi="맑은 고딕" w:eastAsia="맑은 고딕"/>
          <w:b w:val="0"/>
          <w:sz w:val="36"/>
        </w:rPr>
        <w:t xml:space="preserve"> </w:t>
      </w:r>
    </w:p>
    <w:p>
      <w:pPr>
        <w:spacing w:after="20"/>
      </w:pPr>
      <w:r>
        <w:rPr>
          <w:rFonts w:ascii="맑은 고딕" w:hAnsi="맑은 고딕" w:eastAsia="맑은 고딕"/>
          <w:b w:val="0"/>
          <w:sz w:val="21"/>
        </w:rPr>
        <w:t>7. 김구 선생님은 일본이 항복했다는 소식을 듣고 왜 기뻐하기만 하지 못했을까요?</w:t>
      </w:r>
    </w:p>
    <w:p>
      <w:pPr>
        <w:spacing w:after="40"/>
        <w:pBdr>
          <w:bottom w:val="single" w:sz="6" w:space="1" w:color="A1A1AA"/>
        </w:pBdr>
      </w:pPr>
      <w:r>
        <w:rPr>
          <w:rFonts w:ascii="맑은 고딕" w:hAnsi="맑은 고딕" w:eastAsia="맑은 고딕"/>
          <w:b w:val="0"/>
          <w:sz w:val="36"/>
        </w:rPr>
        <w:t xml:space="preserve"> </w:t>
      </w:r>
    </w:p>
    <w:p>
      <w:pPr>
        <w:spacing w:after="20"/>
      </w:pPr>
    </w:p>
    <w:p>
      <w:pPr>
        <w:spacing w:after="20"/>
      </w:pPr>
      <w:r>
        <w:rPr>
          <w:rFonts w:ascii="맑은 고딕" w:hAnsi="맑은 고딕" w:eastAsia="맑은 고딕"/>
          <w:b/>
          <w:color w:val="3F3F46"/>
          <w:sz w:val="24"/>
        </w:rPr>
        <w:t>3. 골라요 - 광복군 사람들에게 가장 배우고 싶은 마음은?</w:t>
      </w:r>
    </w:p>
    <w:p>
      <w:pPr>
        <w:spacing w:after="60"/>
      </w:pPr>
      <w:r>
        <w:rPr>
          <w:rFonts w:ascii="맑은 고딕" w:hAnsi="맑은 고딕" w:eastAsia="맑은 고딕"/>
          <w:b w:val="0"/>
          <w:sz w:val="21"/>
        </w:rPr>
        <w:t>하나를 골라 ☐ 에 표시하고, 왜 그런지 한 줄로 써요.</w:t>
      </w:r>
    </w:p>
    <w:p>
      <w:pPr>
        <w:spacing w:after="20"/>
      </w:pPr>
      <w:r>
        <w:rPr>
          <w:rFonts w:ascii="맑은 고딕" w:hAnsi="맑은 고딕" w:eastAsia="맑은 고딕"/>
          <w:b w:val="0"/>
          <w:sz w:val="21"/>
        </w:rPr>
        <w:t>☐  나라를 위해 힘든 일도 참아 내는 끈기</w:t>
      </w:r>
    </w:p>
    <w:p>
      <w:pPr>
        <w:spacing w:after="20"/>
      </w:pPr>
      <w:r>
        <w:rPr>
          <w:rFonts w:ascii="맑은 고딕" w:hAnsi="맑은 고딕" w:eastAsia="맑은 고딕"/>
          <w:b w:val="0"/>
          <w:sz w:val="21"/>
        </w:rPr>
        <w:t>☐  서로 다른 사람들이 하나로 뭉치는 협동</w:t>
      </w:r>
    </w:p>
    <w:p>
      <w:pPr>
        <w:spacing w:after="20"/>
      </w:pPr>
      <w:r>
        <w:rPr>
          <w:rFonts w:ascii="맑은 고딕" w:hAnsi="맑은 고딕" w:eastAsia="맑은 고딕"/>
          <w:b w:val="0"/>
          <w:sz w:val="21"/>
        </w:rPr>
        <w:t>☐  포기하지 않고 끝까지 준비하는 용기</w:t>
      </w:r>
    </w:p>
    <w:p>
      <w:pPr>
        <w:spacing w:after="20"/>
      </w:pPr>
    </w:p>
    <w:p>
      <w:pPr>
        <w:spacing w:after="20"/>
      </w:pPr>
      <w:r>
        <w:rPr>
          <w:rFonts w:ascii="맑은 고딕" w:hAnsi="맑은 고딕" w:eastAsia="맑은 고딕"/>
          <w:b/>
          <w:color w:val="3F3F46"/>
          <w:sz w:val="24"/>
        </w:rPr>
        <w:t>4. 써요 - 광복군 아저씨·아주머니께 보내는 짧은 편지</w:t>
      </w:r>
    </w:p>
    <w:p>
      <w:pPr>
        <w:spacing w:after="60"/>
      </w:pPr>
      <w:r>
        <w:rPr>
          <w:rFonts w:ascii="맑은 고딕" w:hAnsi="맑은 고딕" w:eastAsia="맑은 고딕"/>
          <w:b w:val="0"/>
          <w:sz w:val="21"/>
        </w:rPr>
        <w:t>고마운 마음을 담아 두세 줄로 써요.</w:t>
      </w:r>
    </w:p>
    <w:p>
      <w:pPr>
        <w:spacing w:after="40"/>
        <w:pBdr>
          <w:bottom w:val="single" w:sz="6" w:space="1" w:color="A1A1AA"/>
        </w:pBdr>
      </w:pPr>
      <w:r>
        <w:rPr>
          <w:rFonts w:ascii="맑은 고딕" w:hAnsi="맑은 고딕" w:eastAsia="맑은 고딕"/>
          <w:b w:val="0"/>
          <w:sz w:val="36"/>
        </w:rPr>
        <w:t xml:space="preserve"> </w:t>
      </w:r>
    </w:p>
    <w:p>
      <w:pPr>
        <w:spacing w:after="40"/>
        <w:pBdr>
          <w:bottom w:val="single" w:sz="6" w:space="1" w:color="A1A1AA"/>
        </w:pBdr>
      </w:pPr>
      <w:r>
        <w:rPr>
          <w:rFonts w:ascii="맑은 고딕" w:hAnsi="맑은 고딕" w:eastAsia="맑은 고딕"/>
          <w:b w:val="0"/>
          <w:sz w:val="36"/>
        </w:rPr>
        <w:t xml:space="preserve"> </w:t>
      </w:r>
    </w:p>
    <w:p>
      <w:pPr>
        <w:spacing w:after="40"/>
        <w:pBdr>
          <w:bottom w:val="single" w:sz="6" w:space="1" w:color="A1A1AA"/>
        </w:pBdr>
      </w:pPr>
      <w:r>
        <w:rPr>
          <w:rFonts w:ascii="맑은 고딕" w:hAnsi="맑은 고딕" w:eastAsia="맑은 고딕"/>
          <w:b w:val="0"/>
          <w:sz w:val="36"/>
        </w:rPr>
        <w:t xml:space="preserve"> </w:t>
      </w:r>
    </w:p>
    <w:p>
      <w:pPr>
        <w:spacing w:after="20"/>
      </w:pPr>
    </w:p>
    <w:p>
      <w:pPr>
        <w:spacing w:after="40"/>
      </w:pPr>
      <w:r>
        <w:rPr>
          <w:rFonts w:ascii="맑은 고딕" w:hAnsi="맑은 고딕" w:eastAsia="맑은 고딕"/>
          <w:b w:val="0"/>
          <w:color w:val="3F3F46"/>
          <w:sz w:val="20"/>
        </w:rPr>
        <w:t>☐ 영상을 끝까지 봤어요   ☐ 문제를 다 풀었어요   ☐ 편지를 정성껏 썼어요</w:t>
      </w:r>
    </w:p>
    <w:p>
      <w:r>
        <w:br w:type="page"/>
      </w:r>
    </w:p>
    <w:p>
      <w:pPr>
        <w:spacing w:after="80"/>
      </w:pPr>
      <w:r>
        <w:rPr>
          <w:rFonts w:ascii="맑은 고딕" w:hAnsi="맑은 고딕" w:eastAsia="맑은 고딕"/>
          <w:b/>
          <w:color w:val="D97706"/>
          <w:sz w:val="26"/>
        </w:rPr>
        <w:t>교사용 정답 · 한국광복군, 나라를 되찾기 위해 뭉친 우리 군대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1"/>
        </w:rPr>
        <w:t>1-1. 1940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1"/>
        </w:rPr>
        <w:t>1-2. 임시정부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1"/>
        </w:rPr>
        <w:t>1-3. 지청천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1"/>
        </w:rPr>
        <w:t>1-4. 김구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1"/>
        </w:rPr>
        <w:t>1-5. 항복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1"/>
        </w:rPr>
        <w:t>2-1. 예시: 우리나라가 완전히 자주독립하는 것(우리 힘으로 나라를 되찾고 지키는 것).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1"/>
        </w:rPr>
        <w:t>2-2. 예시: 광복군이 직접 일본과 싸워 우리 힘으로 나라를 되찾지 못했기 때문에(전쟁 뒤 우리 목소리가 약해질까 걱정).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1"/>
        </w:rPr>
        <w:t>3. 자유 선택(이유를 한 줄 썼으면 정답).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1"/>
        </w:rPr>
        <w:t>4. 자유롭게 쓰기(고마움·다짐이 들어가면 좋아요).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